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Calibri" w:hAnsi="Calibri"/>
          <w:b/>
          <w:color w:val="1A2435"/>
          <w:sz w:val="40"/>
        </w:rPr>
        <w:t>Offer Letter Template</w:t>
      </w:r>
    </w:p>
    <w:p>
      <w:r>
        <w:rPr>
          <w:rFonts w:ascii="Calibri" w:hAnsi="Calibri"/>
          <w:i/>
          <w:color w:val="5A6577"/>
          <w:sz w:val="22"/>
        </w:rPr>
        <w:t>A starting template for a written employment offer. Fill in every bracketed field before sending.</w:t>
      </w:r>
    </w:p>
    <w:p/>
    <w:p>
      <w:pPr>
        <w:spacing w:before="120" w:after="240"/>
      </w:pPr>
      <w:r>
        <w:rPr>
          <w:rFonts w:ascii="Calibri" w:hAnsi="Calibri"/>
          <w:i/>
          <w:color w:val="5A6577"/>
          <w:sz w:val="20"/>
        </w:rPr>
        <w:t>Template prepared by SaaSy Solutions LLC. This is a general template, not legal advice and not a contract. Employment laws vary by state. Have this reviewed by your attorney before use, especially the at-will and contingency language.</w:t>
      </w:r>
    </w:p>
    <w:p>
      <w:pPr>
        <w:jc w:val="both"/>
      </w:pPr>
      <w:r>
        <w:rPr>
          <w:rFonts w:ascii="Calibri" w:hAnsi="Calibri"/>
          <w:sz w:val="22"/>
        </w:rPr>
        <w:t>[DATE]</w:t>
      </w:r>
    </w:p>
    <w:p/>
    <w:p>
      <w:pPr>
        <w:jc w:val="both"/>
      </w:pPr>
      <w:r>
        <w:rPr>
          <w:rFonts w:ascii="Calibri" w:hAnsi="Calibri"/>
          <w:sz w:val="22"/>
        </w:rPr>
        <w:t>[CANDIDATE FULL NAME]</w:t>
      </w:r>
    </w:p>
    <w:p>
      <w:pPr>
        <w:jc w:val="both"/>
      </w:pPr>
      <w:r>
        <w:rPr>
          <w:rFonts w:ascii="Calibri" w:hAnsi="Calibri"/>
          <w:sz w:val="22"/>
        </w:rPr>
        <w:t>[CANDIDATE ADDRESS]</w:t>
      </w:r>
    </w:p>
    <w:p/>
    <w:p>
      <w:pPr>
        <w:jc w:val="both"/>
      </w:pPr>
      <w:r>
        <w:rPr>
          <w:rFonts w:ascii="Calibri" w:hAnsi="Calibri"/>
          <w:sz w:val="22"/>
        </w:rPr>
        <w:t>Dear [CANDIDATE FIRST NAME],</w:t>
      </w:r>
    </w:p>
    <w:p/>
    <w:p>
      <w:pPr>
        <w:jc w:val="both"/>
      </w:pPr>
      <w:r>
        <w:rPr>
          <w:rFonts w:ascii="Calibri" w:hAnsi="Calibri"/>
          <w:sz w:val="22"/>
        </w:rPr>
        <w:t>We are pleased to offer you the position of [JOB TITLE] with [COMPANY LEGAL NAME] (the "Company"), reporting to [MANAGER NAME, TITLE]. We were impressed by your experience and we are excited about what you will bring to the team.</w:t>
      </w:r>
    </w:p>
    <w:p/>
    <w:p>
      <w:pPr>
        <w:jc w:val="both"/>
      </w:pPr>
      <w:r>
        <w:rPr>
          <w:rFonts w:ascii="Calibri" w:hAnsi="Calibri"/>
          <w:sz w:val="22"/>
        </w:rPr>
        <w:t>The key terms of this offer are summarized below:</w:t>
      </w:r>
    </w:p>
    <w:p/>
    <w:p>
      <w:pPr>
        <w:pStyle w:val="ListBullet"/>
      </w:pPr>
      <w:r>
        <w:rPr>
          <w:rFonts w:ascii="Calibri" w:hAnsi="Calibri"/>
          <w:b/>
          <w:sz w:val="22"/>
        </w:rPr>
        <w:t xml:space="preserve">Start date and location: </w:t>
      </w:r>
      <w:r>
        <w:rPr>
          <w:rFonts w:ascii="Calibri" w:hAnsi="Calibri"/>
          <w:sz w:val="22"/>
        </w:rPr>
        <w:t>[START DATE], working from [WORK LOCATION or REMOTE].</w:t>
      </w:r>
    </w:p>
    <w:p>
      <w:pPr>
        <w:pStyle w:val="ListBullet"/>
      </w:pPr>
      <w:r>
        <w:rPr>
          <w:rFonts w:ascii="Calibri" w:hAnsi="Calibri"/>
          <w:b/>
          <w:sz w:val="22"/>
        </w:rPr>
        <w:t xml:space="preserve">Employment type: </w:t>
      </w:r>
      <w:r>
        <w:rPr>
          <w:rFonts w:ascii="Calibri" w:hAnsi="Calibri"/>
          <w:sz w:val="22"/>
        </w:rPr>
        <w:t>[FULL-TIME or PART-TIME], [EXEMPT or NON-EXEMPT].</w:t>
      </w:r>
    </w:p>
    <w:p>
      <w:pPr>
        <w:pStyle w:val="ListBullet"/>
      </w:pPr>
      <w:r>
        <w:rPr>
          <w:rFonts w:ascii="Calibri" w:hAnsi="Calibri"/>
          <w:b/>
          <w:sz w:val="22"/>
        </w:rPr>
        <w:t xml:space="preserve">Compensation: </w:t>
      </w:r>
      <w:r>
        <w:rPr>
          <w:rFonts w:ascii="Calibri" w:hAnsi="Calibri"/>
          <w:sz w:val="22"/>
        </w:rPr>
        <w:t>[ANNUAL SALARY or HOURLY RATE], paid [PAY FREQUENCY, e.g. biweekly] by direct deposit.</w:t>
      </w:r>
    </w:p>
    <w:p>
      <w:pPr>
        <w:pStyle w:val="ListBullet"/>
      </w:pPr>
      <w:r>
        <w:rPr>
          <w:rFonts w:ascii="Calibri" w:hAnsi="Calibri"/>
          <w:b/>
          <w:sz w:val="22"/>
        </w:rPr>
        <w:t xml:space="preserve">Benefits: </w:t>
      </w:r>
      <w:r>
        <w:rPr>
          <w:rFonts w:ascii="Calibri" w:hAnsi="Calibri"/>
          <w:sz w:val="22"/>
        </w:rPr>
        <w:t>[SUMMARY, e.g. health, dental, and vision coverage effective the first of the month following your start date; 401(k) eligibility after 90 days]. Full plan documents control.</w:t>
      </w:r>
    </w:p>
    <w:p>
      <w:pPr>
        <w:pStyle w:val="ListBullet"/>
      </w:pPr>
      <w:r>
        <w:rPr>
          <w:rFonts w:ascii="Calibri" w:hAnsi="Calibri"/>
          <w:b/>
          <w:sz w:val="22"/>
        </w:rPr>
        <w:t xml:space="preserve">Paid time off: </w:t>
      </w:r>
      <w:r>
        <w:rPr>
          <w:rFonts w:ascii="Calibri" w:hAnsi="Calibri"/>
          <w:sz w:val="22"/>
        </w:rPr>
        <w:t>[NUMBER] days of paid time off per year, accrued [ACCRUAL TERMS], plus [NUMBER] paid holidays. See the Company PTO policy for details.</w:t>
      </w:r>
    </w:p>
    <w:p/>
    <w:p>
      <w:pPr>
        <w:jc w:val="both"/>
      </w:pPr>
      <w:r>
        <w:rPr>
          <w:rFonts w:ascii="Calibri" w:hAnsi="Calibri"/>
          <w:sz w:val="22"/>
        </w:rPr>
        <w:t>This offer is contingent on [BACKGROUND CHECK / REFERENCE CHECK / PROOF OF WORK AUTHORIZATION, as applicable]. Your employment with the Company is at-will, meaning either you or the Company may end the employment relationship at any time, with or without cause or notice. Nothing in this letter or in any Company policy should be read as a contract or a promise of continued employment.</w:t>
      </w:r>
    </w:p>
    <w:p/>
    <w:p>
      <w:pPr>
        <w:jc w:val="both"/>
      </w:pPr>
      <w:r>
        <w:rPr>
          <w:rFonts w:ascii="Calibri" w:hAnsi="Calibri"/>
          <w:sz w:val="22"/>
        </w:rPr>
        <w:t>To accept this offer, please sign below and return it by [RESPONSE DEADLINE]. We look forward to working with you.</w:t>
      </w:r>
    </w:p>
    <w:p/>
    <w:p>
      <w:pPr>
        <w:jc w:val="both"/>
      </w:pPr>
      <w:r>
        <w:rPr>
          <w:rFonts w:ascii="Calibri" w:hAnsi="Calibri"/>
          <w:sz w:val="22"/>
        </w:rPr>
        <w:t>Sincerely,</w:t>
      </w:r>
    </w:p>
    <w:p/>
    <w:p>
      <w:pPr>
        <w:spacing w:before="240"/>
      </w:pPr>
      <w:r>
        <w:rPr>
          <w:rFonts w:ascii="Calibri" w:hAnsi="Calibri"/>
          <w:sz w:val="22"/>
        </w:rPr>
        <w:t>[HIRING MANAGER NAME], [TITLE]: ________________________________________</w:t>
      </w:r>
    </w:p>
    <w:p>
      <w:pPr>
        <w:spacing w:before="240"/>
      </w:pPr>
      <w:r>
        <w:rPr>
          <w:rFonts w:ascii="Calibri" w:hAnsi="Calibri"/>
          <w:sz w:val="22"/>
        </w:rPr>
        <w:t>Date: ________________________________________</w:t>
      </w:r>
    </w:p>
    <w:p/>
    <w:p>
      <w:pPr>
        <w:spacing w:before="200" w:after="80"/>
      </w:pPr>
      <w:r>
        <w:rPr>
          <w:rFonts w:ascii="Calibri" w:hAnsi="Calibri"/>
          <w:b/>
          <w:color w:val="1A2435"/>
          <w:sz w:val="24"/>
        </w:rPr>
        <w:t>Acceptance</w:t>
      </w:r>
    </w:p>
    <w:p>
      <w:pPr>
        <w:jc w:val="both"/>
      </w:pPr>
      <w:r>
        <w:rPr>
          <w:rFonts w:ascii="Calibri" w:hAnsi="Calibri"/>
          <w:sz w:val="22"/>
        </w:rPr>
        <w:t>I accept the offer described above.</w:t>
      </w:r>
    </w:p>
    <w:p>
      <w:pPr>
        <w:spacing w:before="240"/>
      </w:pPr>
      <w:r>
        <w:rPr>
          <w:rFonts w:ascii="Calibri" w:hAnsi="Calibri"/>
          <w:sz w:val="22"/>
        </w:rPr>
        <w:t>[CANDIDATE NAME]: ________________________________________</w:t>
      </w:r>
    </w:p>
    <w:p>
      <w:pPr>
        <w:spacing w:before="240"/>
      </w:pPr>
      <w:r>
        <w:rPr>
          <w:rFonts w:ascii="Calibri" w:hAnsi="Calibri"/>
          <w:sz w:val="22"/>
        </w:rPr>
        <w:t>Date: ________________________________________</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